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E8D2B" w14:textId="44F3F144" w:rsidR="00AC703A" w:rsidRDefault="000E5BE3" w:rsidP="000E5BE3">
      <w:pPr>
        <w:jc w:val="center"/>
      </w:pPr>
      <w:r>
        <w:rPr>
          <w:noProof/>
        </w:rPr>
        <w:drawing>
          <wp:inline distT="0" distB="0" distL="0" distR="0" wp14:anchorId="51562CCD" wp14:editId="5B7552E0">
            <wp:extent cx="2439461" cy="1329633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TTTLOGO-removebg-preview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55182" cy="1338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5A7A58" w14:textId="77777777" w:rsidR="00AC703A" w:rsidRPr="000E5BE3" w:rsidRDefault="00FE2FF0">
      <w:pPr>
        <w:pStyle w:val="Heading2"/>
        <w:jc w:val="center"/>
        <w:rPr>
          <w:color w:val="943634" w:themeColor="accent2" w:themeShade="BF"/>
          <w:sz w:val="56"/>
          <w:szCs w:val="56"/>
        </w:rPr>
      </w:pPr>
      <w:r w:rsidRPr="000E5BE3">
        <w:rPr>
          <w:color w:val="943634" w:themeColor="accent2" w:themeShade="BF"/>
          <w:sz w:val="56"/>
          <w:szCs w:val="56"/>
        </w:rPr>
        <w:t>N</w:t>
      </w:r>
      <w:r w:rsidRPr="000E5BE3">
        <w:rPr>
          <w:color w:val="943634" w:themeColor="accent2" w:themeShade="BF"/>
          <w:sz w:val="56"/>
          <w:szCs w:val="56"/>
        </w:rPr>
        <w:t>EW MEMBER REGISTRATION FORM</w:t>
      </w:r>
    </w:p>
    <w:tbl>
      <w:tblPr>
        <w:tblStyle w:val="TableGrid"/>
        <w:tblpPr w:leftFromText="180" w:rightFromText="180" w:vertAnchor="text" w:horzAnchor="margin" w:tblpY="402"/>
        <w:tblW w:w="0" w:type="auto"/>
        <w:tblLook w:val="04A0" w:firstRow="1" w:lastRow="0" w:firstColumn="1" w:lastColumn="0" w:noHBand="0" w:noVBand="1"/>
      </w:tblPr>
      <w:tblGrid>
        <w:gridCol w:w="4317"/>
        <w:gridCol w:w="4313"/>
      </w:tblGrid>
      <w:tr w:rsidR="000E5BE3" w14:paraId="0DCB75D7" w14:textId="77777777" w:rsidTr="000E5BE3">
        <w:tc>
          <w:tcPr>
            <w:tcW w:w="4320" w:type="dxa"/>
          </w:tcPr>
          <w:p w14:paraId="6D0499A6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Full Name:</w:t>
            </w:r>
          </w:p>
          <w:p w14:paraId="57AB84EA" w14:textId="71E80494" w:rsidR="000E5BE3" w:rsidRDefault="000E5BE3" w:rsidP="000E5BE3"/>
        </w:tc>
        <w:tc>
          <w:tcPr>
            <w:tcW w:w="4320" w:type="dxa"/>
          </w:tcPr>
          <w:p w14:paraId="6A16F540" w14:textId="77777777" w:rsidR="000E5BE3" w:rsidRDefault="000E5BE3" w:rsidP="000E5BE3"/>
        </w:tc>
      </w:tr>
      <w:tr w:rsidR="000E5BE3" w14:paraId="4E251830" w14:textId="77777777" w:rsidTr="000E5BE3">
        <w:tc>
          <w:tcPr>
            <w:tcW w:w="4320" w:type="dxa"/>
          </w:tcPr>
          <w:p w14:paraId="398BE6CE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Date of Birth:</w:t>
            </w:r>
          </w:p>
          <w:p w14:paraId="5174678F" w14:textId="6487671E" w:rsidR="000E5BE3" w:rsidRDefault="000E5BE3" w:rsidP="000E5BE3"/>
        </w:tc>
        <w:tc>
          <w:tcPr>
            <w:tcW w:w="4320" w:type="dxa"/>
          </w:tcPr>
          <w:p w14:paraId="79B5CA76" w14:textId="77777777" w:rsidR="000E5BE3" w:rsidRDefault="000E5BE3" w:rsidP="000E5BE3"/>
        </w:tc>
      </w:tr>
      <w:tr w:rsidR="000E5BE3" w14:paraId="51F137FF" w14:textId="77777777" w:rsidTr="000E5BE3">
        <w:tc>
          <w:tcPr>
            <w:tcW w:w="4320" w:type="dxa"/>
          </w:tcPr>
          <w:p w14:paraId="07D05A1A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Age:</w:t>
            </w:r>
          </w:p>
          <w:p w14:paraId="001DC514" w14:textId="47223ECF" w:rsidR="000E5BE3" w:rsidRDefault="000E5BE3" w:rsidP="000E5BE3"/>
        </w:tc>
        <w:tc>
          <w:tcPr>
            <w:tcW w:w="4320" w:type="dxa"/>
          </w:tcPr>
          <w:p w14:paraId="111E495D" w14:textId="77777777" w:rsidR="000E5BE3" w:rsidRDefault="000E5BE3" w:rsidP="000E5BE3"/>
        </w:tc>
      </w:tr>
      <w:tr w:rsidR="000E5BE3" w14:paraId="7868AFFD" w14:textId="77777777" w:rsidTr="000E5BE3">
        <w:tc>
          <w:tcPr>
            <w:tcW w:w="4320" w:type="dxa"/>
          </w:tcPr>
          <w:p w14:paraId="0359DFB1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Gender:</w:t>
            </w:r>
          </w:p>
          <w:p w14:paraId="2DFE1739" w14:textId="5F1D552F" w:rsidR="000E5BE3" w:rsidRDefault="000E5BE3" w:rsidP="000E5BE3"/>
        </w:tc>
        <w:tc>
          <w:tcPr>
            <w:tcW w:w="4320" w:type="dxa"/>
          </w:tcPr>
          <w:p w14:paraId="07CDACBE" w14:textId="77777777" w:rsidR="000E5BE3" w:rsidRDefault="000E5BE3" w:rsidP="000E5BE3"/>
        </w:tc>
      </w:tr>
      <w:tr w:rsidR="000E5BE3" w14:paraId="1F319A1F" w14:textId="77777777" w:rsidTr="000E5BE3">
        <w:tc>
          <w:tcPr>
            <w:tcW w:w="4320" w:type="dxa"/>
          </w:tcPr>
          <w:p w14:paraId="28A2FDFE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School/Occupation:</w:t>
            </w:r>
          </w:p>
          <w:p w14:paraId="63347B3D" w14:textId="29E74731" w:rsidR="000E5BE3" w:rsidRDefault="000E5BE3" w:rsidP="000E5BE3"/>
        </w:tc>
        <w:tc>
          <w:tcPr>
            <w:tcW w:w="4320" w:type="dxa"/>
          </w:tcPr>
          <w:p w14:paraId="6F68B696" w14:textId="77777777" w:rsidR="000E5BE3" w:rsidRDefault="000E5BE3" w:rsidP="000E5BE3"/>
        </w:tc>
      </w:tr>
      <w:tr w:rsidR="000E5BE3" w14:paraId="7F5D0EB5" w14:textId="77777777" w:rsidTr="000E5BE3">
        <w:tc>
          <w:tcPr>
            <w:tcW w:w="4320" w:type="dxa"/>
          </w:tcPr>
          <w:p w14:paraId="05A16FAD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Parent/Guardian Name (if under 18):</w:t>
            </w:r>
          </w:p>
          <w:p w14:paraId="4CF25407" w14:textId="0FF6AEED" w:rsidR="000E5BE3" w:rsidRDefault="000E5BE3" w:rsidP="000E5BE3"/>
        </w:tc>
        <w:tc>
          <w:tcPr>
            <w:tcW w:w="4320" w:type="dxa"/>
          </w:tcPr>
          <w:p w14:paraId="078E764D" w14:textId="77777777" w:rsidR="000E5BE3" w:rsidRDefault="000E5BE3" w:rsidP="000E5BE3"/>
        </w:tc>
      </w:tr>
      <w:tr w:rsidR="000E5BE3" w14:paraId="638C5A60" w14:textId="77777777" w:rsidTr="000E5BE3">
        <w:tc>
          <w:tcPr>
            <w:tcW w:w="4320" w:type="dxa"/>
          </w:tcPr>
          <w:p w14:paraId="1ED9B13C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Parent/Guardian Contact:</w:t>
            </w:r>
          </w:p>
          <w:p w14:paraId="300A3270" w14:textId="1D45EE75" w:rsidR="000E5BE3" w:rsidRDefault="000E5BE3" w:rsidP="000E5BE3"/>
        </w:tc>
        <w:tc>
          <w:tcPr>
            <w:tcW w:w="4320" w:type="dxa"/>
          </w:tcPr>
          <w:p w14:paraId="123DAFC2" w14:textId="77777777" w:rsidR="000E5BE3" w:rsidRDefault="000E5BE3" w:rsidP="000E5BE3"/>
        </w:tc>
      </w:tr>
      <w:tr w:rsidR="000E5BE3" w14:paraId="6D2F8C37" w14:textId="77777777" w:rsidTr="000E5BE3">
        <w:tc>
          <w:tcPr>
            <w:tcW w:w="4320" w:type="dxa"/>
          </w:tcPr>
          <w:p w14:paraId="29AC770B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Phone Number:</w:t>
            </w:r>
          </w:p>
          <w:p w14:paraId="1A73F7DC" w14:textId="2070FD27" w:rsidR="000E5BE3" w:rsidRDefault="000E5BE3" w:rsidP="000E5BE3"/>
        </w:tc>
        <w:tc>
          <w:tcPr>
            <w:tcW w:w="4320" w:type="dxa"/>
          </w:tcPr>
          <w:p w14:paraId="6DF8645F" w14:textId="77777777" w:rsidR="000E5BE3" w:rsidRDefault="000E5BE3" w:rsidP="000E5BE3"/>
        </w:tc>
      </w:tr>
      <w:tr w:rsidR="000E5BE3" w14:paraId="246584C6" w14:textId="77777777" w:rsidTr="000E5BE3">
        <w:tc>
          <w:tcPr>
            <w:tcW w:w="4320" w:type="dxa"/>
          </w:tcPr>
          <w:p w14:paraId="69422FEC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Email Address:</w:t>
            </w:r>
          </w:p>
          <w:p w14:paraId="542315FC" w14:textId="585FAB79" w:rsidR="000E5BE3" w:rsidRDefault="000E5BE3" w:rsidP="000E5BE3"/>
        </w:tc>
        <w:tc>
          <w:tcPr>
            <w:tcW w:w="4320" w:type="dxa"/>
          </w:tcPr>
          <w:p w14:paraId="610F5610" w14:textId="77777777" w:rsidR="000E5BE3" w:rsidRDefault="000E5BE3" w:rsidP="000E5BE3"/>
        </w:tc>
      </w:tr>
      <w:tr w:rsidR="000E5BE3" w14:paraId="7449EB1F" w14:textId="77777777" w:rsidTr="000E5BE3">
        <w:tc>
          <w:tcPr>
            <w:tcW w:w="4320" w:type="dxa"/>
          </w:tcPr>
          <w:p w14:paraId="3C48D837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Physical Address:</w:t>
            </w:r>
          </w:p>
          <w:p w14:paraId="65A3550D" w14:textId="2B357150" w:rsidR="000E5BE3" w:rsidRDefault="000E5BE3" w:rsidP="000E5BE3"/>
        </w:tc>
        <w:tc>
          <w:tcPr>
            <w:tcW w:w="4320" w:type="dxa"/>
          </w:tcPr>
          <w:p w14:paraId="4602CB9C" w14:textId="77777777" w:rsidR="000E5BE3" w:rsidRDefault="000E5BE3" w:rsidP="000E5BE3"/>
        </w:tc>
      </w:tr>
      <w:tr w:rsidR="000E5BE3" w14:paraId="38500BF8" w14:textId="77777777" w:rsidTr="000E5BE3">
        <w:tc>
          <w:tcPr>
            <w:tcW w:w="4320" w:type="dxa"/>
          </w:tcPr>
          <w:p w14:paraId="54C1814D" w14:textId="77777777" w:rsidR="000E5BE3" w:rsidRPr="000E5BE3" w:rsidRDefault="000E5BE3" w:rsidP="000E5BE3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Emergency Contact Name &amp; Number:</w:t>
            </w:r>
          </w:p>
          <w:p w14:paraId="52CE0117" w14:textId="519B7AC4" w:rsidR="000E5BE3" w:rsidRDefault="000E5BE3" w:rsidP="000E5BE3"/>
        </w:tc>
        <w:tc>
          <w:tcPr>
            <w:tcW w:w="4320" w:type="dxa"/>
          </w:tcPr>
          <w:p w14:paraId="440CC0DF" w14:textId="77777777" w:rsidR="000E5BE3" w:rsidRDefault="000E5BE3" w:rsidP="000E5BE3"/>
        </w:tc>
      </w:tr>
    </w:tbl>
    <w:p w14:paraId="24146600" w14:textId="77777777" w:rsidR="00AC703A" w:rsidRDefault="00AC703A"/>
    <w:p w14:paraId="24AC4AFD" w14:textId="77777777" w:rsidR="00AC703A" w:rsidRDefault="00FE2FF0">
      <w:r>
        <w:t xml:space="preserve">I hereby confirm that the information provided above is true and </w:t>
      </w:r>
      <w:r>
        <w:t>correct. I agree to abide by the rules and regulations of Mbale Tigers Table Tennis Club.</w:t>
      </w:r>
    </w:p>
    <w:p w14:paraId="00C58875" w14:textId="77777777" w:rsidR="00AC703A" w:rsidRDefault="00AC703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4"/>
        <w:gridCol w:w="4316"/>
      </w:tblGrid>
      <w:tr w:rsidR="00AC703A" w14:paraId="57390492" w14:textId="77777777">
        <w:tc>
          <w:tcPr>
            <w:tcW w:w="4320" w:type="dxa"/>
          </w:tcPr>
          <w:p w14:paraId="35109AFD" w14:textId="77777777" w:rsidR="00AC703A" w:rsidRPr="000E5BE3" w:rsidRDefault="00FE2FF0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Signature:</w:t>
            </w:r>
          </w:p>
        </w:tc>
        <w:tc>
          <w:tcPr>
            <w:tcW w:w="4320" w:type="dxa"/>
          </w:tcPr>
          <w:p w14:paraId="39E511BA" w14:textId="23E5D075" w:rsidR="000E5BE3" w:rsidRDefault="000E5BE3">
            <w:pPr>
              <w:pBdr>
                <w:bottom w:val="single" w:sz="12" w:space="1" w:color="auto"/>
              </w:pBdr>
            </w:pPr>
          </w:p>
          <w:p w14:paraId="5916B560" w14:textId="1E8A477C" w:rsidR="00AC703A" w:rsidRDefault="00FE2FF0">
            <w:r>
              <w:t>___________</w:t>
            </w:r>
          </w:p>
        </w:tc>
      </w:tr>
      <w:tr w:rsidR="00AC703A" w14:paraId="674007AC" w14:textId="77777777">
        <w:tc>
          <w:tcPr>
            <w:tcW w:w="4320" w:type="dxa"/>
          </w:tcPr>
          <w:p w14:paraId="7F31C859" w14:textId="77777777" w:rsidR="00AC703A" w:rsidRPr="000E5BE3" w:rsidRDefault="00FE2FF0">
            <w:pPr>
              <w:rPr>
                <w:b/>
                <w:bCs/>
              </w:rPr>
            </w:pPr>
            <w:r w:rsidRPr="000E5BE3">
              <w:rPr>
                <w:b/>
                <w:bCs/>
              </w:rPr>
              <w:t>Date:</w:t>
            </w:r>
          </w:p>
          <w:p w14:paraId="41712B5B" w14:textId="427AE1B6" w:rsidR="000E5BE3" w:rsidRDefault="000E5BE3"/>
        </w:tc>
        <w:tc>
          <w:tcPr>
            <w:tcW w:w="4320" w:type="dxa"/>
          </w:tcPr>
          <w:p w14:paraId="2D99257D" w14:textId="77777777" w:rsidR="00AC703A" w:rsidRDefault="00FE2FF0">
            <w:r>
              <w:t>_____________________________</w:t>
            </w:r>
          </w:p>
        </w:tc>
      </w:tr>
    </w:tbl>
    <w:p w14:paraId="1E733478" w14:textId="77777777" w:rsidR="00FE2FF0" w:rsidRDefault="00FE2FF0"/>
    <w:sectPr w:rsidR="00FE2FF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5BE3"/>
    <w:rsid w:val="0015074B"/>
    <w:rsid w:val="0029639D"/>
    <w:rsid w:val="00326F90"/>
    <w:rsid w:val="00AA1D8D"/>
    <w:rsid w:val="00AC703A"/>
    <w:rsid w:val="00B47730"/>
    <w:rsid w:val="00CB0664"/>
    <w:rsid w:val="00FC693F"/>
    <w:rsid w:val="00FE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4FB57A"/>
  <w14:defaultImageDpi w14:val="300"/>
  <w15:docId w15:val="{B6373B48-80D9-42CF-A340-EF39A0B3F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</cp:revision>
  <dcterms:created xsi:type="dcterms:W3CDTF">2026-03-09T18:54:00Z</dcterms:created>
  <dcterms:modified xsi:type="dcterms:W3CDTF">2026-03-09T18:54:00Z</dcterms:modified>
  <cp:category/>
</cp:coreProperties>
</file>